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504B0" w14:textId="127D1FA9" w:rsidR="000477DC" w:rsidRPr="00C2325E" w:rsidRDefault="000477DC" w:rsidP="00C2325E">
      <w:pPr>
        <w:pBdr>
          <w:top w:val="single" w:sz="4" w:space="6" w:color="auto"/>
          <w:left w:val="single" w:sz="4" w:space="4" w:color="auto"/>
          <w:bottom w:val="single" w:sz="4" w:space="1" w:color="auto"/>
          <w:right w:val="single" w:sz="4" w:space="4" w:color="auto"/>
        </w:pBdr>
        <w:spacing w:after="0" w:line="120" w:lineRule="exact"/>
        <w:jc w:val="center"/>
        <w:rPr>
          <w:rFonts w:ascii="Times New Roman" w:hAnsi="Times New Roman" w:cs="Times New Roman"/>
        </w:rPr>
      </w:pPr>
      <w:r w:rsidRPr="00C2325E">
        <w:rPr>
          <w:rFonts w:ascii="Times New Roman" w:hAnsi="Times New Roman" w:cs="Times New Roman"/>
        </w:rPr>
        <w:t>PROFILE OF PROPOSER’S FIRM</w:t>
      </w:r>
    </w:p>
    <w:p w14:paraId="24C5E1DF" w14:textId="3BADC5FC" w:rsidR="000477DC" w:rsidRPr="00C2325E" w:rsidRDefault="000477DC" w:rsidP="00C2325E">
      <w:pPr>
        <w:pBdr>
          <w:top w:val="single" w:sz="4" w:space="6" w:color="auto"/>
          <w:left w:val="single" w:sz="4" w:space="4" w:color="auto"/>
          <w:bottom w:val="single" w:sz="4" w:space="1" w:color="auto"/>
          <w:right w:val="single" w:sz="4" w:space="4" w:color="auto"/>
        </w:pBdr>
        <w:spacing w:after="0" w:line="120" w:lineRule="exact"/>
        <w:jc w:val="center"/>
        <w:rPr>
          <w:rFonts w:ascii="Times New Roman" w:hAnsi="Times New Roman" w:cs="Times New Roman"/>
        </w:rPr>
      </w:pPr>
    </w:p>
    <w:p w14:paraId="6105FC2B" w14:textId="77777777" w:rsidR="00DB3F4B" w:rsidRPr="00C2325E" w:rsidRDefault="00DB3F4B" w:rsidP="00DB3F4B">
      <w:pPr>
        <w:spacing w:after="0"/>
        <w:rPr>
          <w:rFonts w:ascii="Times New Roman" w:hAnsi="Times New Roman" w:cs="Times New Roman"/>
        </w:rPr>
      </w:pPr>
    </w:p>
    <w:p w14:paraId="1B54DEDF" w14:textId="5D073F8B" w:rsidR="00DB7652" w:rsidRPr="00C2325E" w:rsidRDefault="00786F4A">
      <w:pPr>
        <w:rPr>
          <w:rFonts w:ascii="Times New Roman" w:hAnsi="Times New Roman" w:cs="Times New Roman"/>
        </w:rPr>
      </w:pPr>
      <w:r w:rsidRPr="00C2325E">
        <w:rPr>
          <w:rFonts w:ascii="Times New Roman" w:hAnsi="Times New Roman" w:cs="Times New Roman"/>
        </w:rPr>
        <w:t>(1) Name of Firm: __________________________</w:t>
      </w:r>
      <w:proofErr w:type="gramStart"/>
      <w:r w:rsidR="00C2325E" w:rsidRPr="00C2325E">
        <w:rPr>
          <w:rFonts w:ascii="Times New Roman" w:hAnsi="Times New Roman" w:cs="Times New Roman"/>
        </w:rPr>
        <w:t>_</w:t>
      </w:r>
      <w:r w:rsidRPr="00C2325E">
        <w:rPr>
          <w:rFonts w:ascii="Times New Roman" w:hAnsi="Times New Roman" w:cs="Times New Roman"/>
        </w:rPr>
        <w:t xml:space="preserve">  Telephone</w:t>
      </w:r>
      <w:proofErr w:type="gramEnd"/>
      <w:r w:rsidRPr="00C2325E">
        <w:rPr>
          <w:rFonts w:ascii="Times New Roman" w:hAnsi="Times New Roman" w:cs="Times New Roman"/>
        </w:rPr>
        <w:t>: __________   Fax: __________</w:t>
      </w:r>
      <w:r w:rsidRPr="00C2325E">
        <w:rPr>
          <w:rFonts w:ascii="Times New Roman" w:hAnsi="Times New Roman" w:cs="Times New Roman"/>
        </w:rPr>
        <w:br/>
        <w:t>Email: _____________________________________</w:t>
      </w:r>
    </w:p>
    <w:p w14:paraId="21F6DDBE" w14:textId="77777777" w:rsidR="00DB7652" w:rsidRPr="00C2325E" w:rsidRDefault="00786F4A">
      <w:pPr>
        <w:rPr>
          <w:rFonts w:ascii="Times New Roman" w:hAnsi="Times New Roman" w:cs="Times New Roman"/>
        </w:rPr>
      </w:pPr>
      <w:r w:rsidRPr="00C2325E">
        <w:rPr>
          <w:rFonts w:ascii="Times New Roman" w:hAnsi="Times New Roman" w:cs="Times New Roman"/>
        </w:rPr>
        <w:t>(2) Street Address, City, State, Zip: _________________________________________________________</w:t>
      </w:r>
    </w:p>
    <w:p w14:paraId="16A57581" w14:textId="77777777" w:rsidR="00DB7652" w:rsidRPr="00C2325E" w:rsidRDefault="00786F4A">
      <w:pPr>
        <w:rPr>
          <w:rFonts w:ascii="Times New Roman" w:hAnsi="Times New Roman" w:cs="Times New Roman"/>
        </w:rPr>
      </w:pPr>
      <w:r w:rsidRPr="00C2325E">
        <w:rPr>
          <w:rFonts w:ascii="Times New Roman" w:hAnsi="Times New Roman" w:cs="Times New Roman"/>
        </w:rPr>
        <w:t>(3) Attach a brief company profile including year established, former name, and parent company (if any).</w:t>
      </w:r>
    </w:p>
    <w:p w14:paraId="6499812C" w14:textId="77777777" w:rsidR="00DB7652" w:rsidRPr="00C2325E" w:rsidRDefault="00786F4A">
      <w:pPr>
        <w:pStyle w:val="Heading3"/>
        <w:rPr>
          <w:rFonts w:ascii="Times New Roman" w:hAnsi="Times New Roman" w:cs="Times New Roman"/>
          <w:color w:val="auto"/>
        </w:rPr>
      </w:pPr>
      <w:r w:rsidRPr="00C2325E">
        <w:rPr>
          <w:rFonts w:ascii="Times New Roman" w:hAnsi="Times New Roman" w:cs="Times New Roman"/>
          <w:color w:val="auto"/>
        </w:rPr>
        <w:t>(4) Identify Principals / Partners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2876"/>
        <w:gridCol w:w="2877"/>
      </w:tblGrid>
      <w:tr w:rsidR="00DB7652" w:rsidRPr="00C2325E" w14:paraId="33D3BC81" w14:textId="77777777" w:rsidTr="00786F4A">
        <w:tc>
          <w:tcPr>
            <w:tcW w:w="2880" w:type="dxa"/>
            <w:shd w:val="clear" w:color="auto" w:fill="7F7F7F" w:themeFill="text1" w:themeFillTint="80"/>
          </w:tcPr>
          <w:p w14:paraId="6FFD4E5F" w14:textId="77777777" w:rsidR="00DB7652" w:rsidRPr="00C2325E" w:rsidRDefault="00786F4A">
            <w:pPr>
              <w:rPr>
                <w:rFonts w:ascii="Times New Roman" w:hAnsi="Times New Roman" w:cs="Times New Roman"/>
                <w:color w:val="FFFFFF" w:themeColor="background1"/>
              </w:rPr>
            </w:pPr>
            <w:r w:rsidRPr="00C2325E">
              <w:rPr>
                <w:rFonts w:ascii="Times New Roman" w:hAnsi="Times New Roman" w:cs="Times New Roman"/>
                <w:color w:val="FFFFFF" w:themeColor="background1"/>
              </w:rPr>
              <w:t>Name</w:t>
            </w:r>
          </w:p>
        </w:tc>
        <w:tc>
          <w:tcPr>
            <w:tcW w:w="2880" w:type="dxa"/>
            <w:shd w:val="clear" w:color="auto" w:fill="7F7F7F" w:themeFill="text1" w:themeFillTint="80"/>
          </w:tcPr>
          <w:p w14:paraId="63B48719" w14:textId="77777777" w:rsidR="00DB7652" w:rsidRPr="00C2325E" w:rsidRDefault="00786F4A">
            <w:pPr>
              <w:rPr>
                <w:rFonts w:ascii="Times New Roman" w:hAnsi="Times New Roman" w:cs="Times New Roman"/>
                <w:color w:val="FFFFFF" w:themeColor="background1"/>
              </w:rPr>
            </w:pPr>
            <w:r w:rsidRPr="00C2325E">
              <w:rPr>
                <w:rFonts w:ascii="Times New Roman" w:hAnsi="Times New Roman" w:cs="Times New Roman"/>
                <w:color w:val="FFFFFF" w:themeColor="background1"/>
              </w:rPr>
              <w:t>Title</w:t>
            </w:r>
          </w:p>
        </w:tc>
        <w:tc>
          <w:tcPr>
            <w:tcW w:w="2880" w:type="dxa"/>
            <w:shd w:val="clear" w:color="auto" w:fill="7F7F7F" w:themeFill="text1" w:themeFillTint="80"/>
          </w:tcPr>
          <w:p w14:paraId="1FAFBC33" w14:textId="77777777" w:rsidR="00DB7652" w:rsidRPr="00C2325E" w:rsidRDefault="00786F4A">
            <w:pPr>
              <w:rPr>
                <w:rFonts w:ascii="Times New Roman" w:hAnsi="Times New Roman" w:cs="Times New Roman"/>
                <w:color w:val="FFFFFF" w:themeColor="background1"/>
              </w:rPr>
            </w:pPr>
            <w:r w:rsidRPr="00C2325E">
              <w:rPr>
                <w:rFonts w:ascii="Times New Roman" w:hAnsi="Times New Roman" w:cs="Times New Roman"/>
                <w:color w:val="FFFFFF" w:themeColor="background1"/>
              </w:rPr>
              <w:t>% Ownership</w:t>
            </w:r>
          </w:p>
        </w:tc>
      </w:tr>
      <w:tr w:rsidR="00DB7652" w:rsidRPr="00C2325E" w14:paraId="272CB42D" w14:textId="77777777" w:rsidTr="000477DC">
        <w:tc>
          <w:tcPr>
            <w:tcW w:w="2880" w:type="dxa"/>
          </w:tcPr>
          <w:p w14:paraId="5CF381BE" w14:textId="77777777" w:rsidR="00DB7652" w:rsidRPr="00C2325E" w:rsidRDefault="00DB7652">
            <w:pPr>
              <w:rPr>
                <w:rFonts w:ascii="Times New Roman" w:hAnsi="Times New Roman" w:cs="Times New Roman"/>
              </w:rPr>
            </w:pPr>
          </w:p>
        </w:tc>
        <w:tc>
          <w:tcPr>
            <w:tcW w:w="2880" w:type="dxa"/>
          </w:tcPr>
          <w:p w14:paraId="04C550E9" w14:textId="77777777" w:rsidR="00DB7652" w:rsidRPr="00C2325E" w:rsidRDefault="00DB7652">
            <w:pPr>
              <w:rPr>
                <w:rFonts w:ascii="Times New Roman" w:hAnsi="Times New Roman" w:cs="Times New Roman"/>
              </w:rPr>
            </w:pPr>
          </w:p>
        </w:tc>
        <w:tc>
          <w:tcPr>
            <w:tcW w:w="2880" w:type="dxa"/>
          </w:tcPr>
          <w:p w14:paraId="20BDA9ED" w14:textId="77777777" w:rsidR="00DB7652" w:rsidRPr="00C2325E" w:rsidRDefault="00DB7652">
            <w:pPr>
              <w:rPr>
                <w:rFonts w:ascii="Times New Roman" w:hAnsi="Times New Roman" w:cs="Times New Roman"/>
              </w:rPr>
            </w:pPr>
          </w:p>
        </w:tc>
      </w:tr>
      <w:tr w:rsidR="00DB7652" w:rsidRPr="00C2325E" w14:paraId="5A8848F1" w14:textId="77777777" w:rsidTr="000477DC">
        <w:tc>
          <w:tcPr>
            <w:tcW w:w="2880" w:type="dxa"/>
          </w:tcPr>
          <w:p w14:paraId="7908FC55" w14:textId="77777777" w:rsidR="00DB7652" w:rsidRPr="00C2325E" w:rsidRDefault="00DB7652">
            <w:pPr>
              <w:rPr>
                <w:rFonts w:ascii="Times New Roman" w:hAnsi="Times New Roman" w:cs="Times New Roman"/>
              </w:rPr>
            </w:pPr>
          </w:p>
        </w:tc>
        <w:tc>
          <w:tcPr>
            <w:tcW w:w="2880" w:type="dxa"/>
          </w:tcPr>
          <w:p w14:paraId="68C54ED9" w14:textId="77777777" w:rsidR="00DB7652" w:rsidRPr="00C2325E" w:rsidRDefault="00DB7652">
            <w:pPr>
              <w:rPr>
                <w:rFonts w:ascii="Times New Roman" w:hAnsi="Times New Roman" w:cs="Times New Roman"/>
              </w:rPr>
            </w:pPr>
          </w:p>
        </w:tc>
        <w:tc>
          <w:tcPr>
            <w:tcW w:w="2880" w:type="dxa"/>
          </w:tcPr>
          <w:p w14:paraId="746ED257" w14:textId="77777777" w:rsidR="00DB7652" w:rsidRPr="00C2325E" w:rsidRDefault="00DB7652">
            <w:pPr>
              <w:rPr>
                <w:rFonts w:ascii="Times New Roman" w:hAnsi="Times New Roman" w:cs="Times New Roman"/>
              </w:rPr>
            </w:pPr>
          </w:p>
        </w:tc>
      </w:tr>
      <w:tr w:rsidR="00DB7652" w:rsidRPr="00C2325E" w14:paraId="7237A798" w14:textId="77777777" w:rsidTr="000477DC">
        <w:tc>
          <w:tcPr>
            <w:tcW w:w="2880" w:type="dxa"/>
          </w:tcPr>
          <w:p w14:paraId="396330C6" w14:textId="77777777" w:rsidR="00DB7652" w:rsidRPr="00C2325E" w:rsidRDefault="00DB7652">
            <w:pPr>
              <w:rPr>
                <w:rFonts w:ascii="Times New Roman" w:hAnsi="Times New Roman" w:cs="Times New Roman"/>
              </w:rPr>
            </w:pPr>
          </w:p>
        </w:tc>
        <w:tc>
          <w:tcPr>
            <w:tcW w:w="2880" w:type="dxa"/>
          </w:tcPr>
          <w:p w14:paraId="2D52F2FF" w14:textId="77777777" w:rsidR="00DB7652" w:rsidRPr="00C2325E" w:rsidRDefault="00DB7652">
            <w:pPr>
              <w:rPr>
                <w:rFonts w:ascii="Times New Roman" w:hAnsi="Times New Roman" w:cs="Times New Roman"/>
              </w:rPr>
            </w:pPr>
          </w:p>
        </w:tc>
        <w:tc>
          <w:tcPr>
            <w:tcW w:w="2880" w:type="dxa"/>
          </w:tcPr>
          <w:p w14:paraId="6240FD06" w14:textId="77777777" w:rsidR="00DB7652" w:rsidRPr="00C2325E" w:rsidRDefault="00DB7652">
            <w:pPr>
              <w:rPr>
                <w:rFonts w:ascii="Times New Roman" w:hAnsi="Times New Roman" w:cs="Times New Roman"/>
              </w:rPr>
            </w:pPr>
          </w:p>
        </w:tc>
      </w:tr>
      <w:tr w:rsidR="00DB7652" w:rsidRPr="00C2325E" w14:paraId="503CBCA9" w14:textId="77777777" w:rsidTr="000477DC">
        <w:tc>
          <w:tcPr>
            <w:tcW w:w="2880" w:type="dxa"/>
          </w:tcPr>
          <w:p w14:paraId="5C2558F2" w14:textId="77777777" w:rsidR="00DB7652" w:rsidRPr="00C2325E" w:rsidRDefault="00DB7652">
            <w:pPr>
              <w:rPr>
                <w:rFonts w:ascii="Times New Roman" w:hAnsi="Times New Roman" w:cs="Times New Roman"/>
              </w:rPr>
            </w:pPr>
          </w:p>
        </w:tc>
        <w:tc>
          <w:tcPr>
            <w:tcW w:w="2880" w:type="dxa"/>
          </w:tcPr>
          <w:p w14:paraId="1FD216F4" w14:textId="77777777" w:rsidR="00DB7652" w:rsidRPr="00C2325E" w:rsidRDefault="00DB7652">
            <w:pPr>
              <w:rPr>
                <w:rFonts w:ascii="Times New Roman" w:hAnsi="Times New Roman" w:cs="Times New Roman"/>
              </w:rPr>
            </w:pPr>
          </w:p>
        </w:tc>
        <w:tc>
          <w:tcPr>
            <w:tcW w:w="2880" w:type="dxa"/>
          </w:tcPr>
          <w:p w14:paraId="59C75CB7" w14:textId="77777777" w:rsidR="00DB7652" w:rsidRPr="00C2325E" w:rsidRDefault="00DB7652">
            <w:pPr>
              <w:rPr>
                <w:rFonts w:ascii="Times New Roman" w:hAnsi="Times New Roman" w:cs="Times New Roman"/>
              </w:rPr>
            </w:pPr>
          </w:p>
        </w:tc>
      </w:tr>
      <w:tr w:rsidR="00DB7652" w:rsidRPr="00C2325E" w14:paraId="4394FA91" w14:textId="77777777" w:rsidTr="000477DC">
        <w:tc>
          <w:tcPr>
            <w:tcW w:w="2880" w:type="dxa"/>
          </w:tcPr>
          <w:p w14:paraId="451E739D" w14:textId="77777777" w:rsidR="00DB7652" w:rsidRPr="00C2325E" w:rsidRDefault="00DB7652">
            <w:pPr>
              <w:rPr>
                <w:rFonts w:ascii="Times New Roman" w:hAnsi="Times New Roman" w:cs="Times New Roman"/>
              </w:rPr>
            </w:pPr>
          </w:p>
        </w:tc>
        <w:tc>
          <w:tcPr>
            <w:tcW w:w="2880" w:type="dxa"/>
          </w:tcPr>
          <w:p w14:paraId="3C462E2B" w14:textId="77777777" w:rsidR="00DB7652" w:rsidRPr="00C2325E" w:rsidRDefault="00DB7652">
            <w:pPr>
              <w:rPr>
                <w:rFonts w:ascii="Times New Roman" w:hAnsi="Times New Roman" w:cs="Times New Roman"/>
              </w:rPr>
            </w:pPr>
          </w:p>
        </w:tc>
        <w:tc>
          <w:tcPr>
            <w:tcW w:w="2880" w:type="dxa"/>
          </w:tcPr>
          <w:p w14:paraId="6B66032E" w14:textId="77777777" w:rsidR="00DB7652" w:rsidRPr="00C2325E" w:rsidRDefault="00DB7652">
            <w:pPr>
              <w:rPr>
                <w:rFonts w:ascii="Times New Roman" w:hAnsi="Times New Roman" w:cs="Times New Roman"/>
              </w:rPr>
            </w:pPr>
          </w:p>
        </w:tc>
      </w:tr>
    </w:tbl>
    <w:p w14:paraId="455D5415" w14:textId="77777777" w:rsidR="00DB7652" w:rsidRPr="00C2325E" w:rsidRDefault="00786F4A">
      <w:pPr>
        <w:pStyle w:val="Heading3"/>
        <w:rPr>
          <w:rFonts w:ascii="Times New Roman" w:hAnsi="Times New Roman" w:cs="Times New Roman"/>
        </w:rPr>
      </w:pPr>
      <w:r w:rsidRPr="00C2325E">
        <w:rPr>
          <w:rFonts w:ascii="Times New Roman" w:hAnsi="Times New Roman" w:cs="Times New Roman"/>
          <w:color w:val="auto"/>
        </w:rPr>
        <w:t>(5) Project Management &amp; Supervisory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15"/>
      </w:tblGrid>
      <w:tr w:rsidR="00DB7652" w:rsidRPr="00C2325E" w14:paraId="2C8E4A4D" w14:textId="77777777" w:rsidTr="00786F4A">
        <w:tc>
          <w:tcPr>
            <w:tcW w:w="4320" w:type="dxa"/>
            <w:shd w:val="clear" w:color="auto" w:fill="7F7F7F" w:themeFill="text1" w:themeFillTint="80"/>
          </w:tcPr>
          <w:p w14:paraId="286F8771" w14:textId="77777777" w:rsidR="00DB7652" w:rsidRPr="00C2325E" w:rsidRDefault="00786F4A">
            <w:pPr>
              <w:rPr>
                <w:rFonts w:ascii="Times New Roman" w:hAnsi="Times New Roman" w:cs="Times New Roman"/>
                <w:color w:val="FFFFFF" w:themeColor="background1"/>
              </w:rPr>
            </w:pPr>
            <w:r w:rsidRPr="00C2325E">
              <w:rPr>
                <w:rFonts w:ascii="Times New Roman" w:hAnsi="Times New Roman" w:cs="Times New Roman"/>
                <w:color w:val="FFFFFF" w:themeColor="background1"/>
              </w:rPr>
              <w:t>Name</w:t>
            </w:r>
          </w:p>
        </w:tc>
        <w:tc>
          <w:tcPr>
            <w:tcW w:w="4320" w:type="dxa"/>
            <w:shd w:val="clear" w:color="auto" w:fill="7F7F7F" w:themeFill="text1" w:themeFillTint="80"/>
          </w:tcPr>
          <w:p w14:paraId="59ABBD69" w14:textId="77777777" w:rsidR="00DB7652" w:rsidRPr="00C2325E" w:rsidRDefault="00786F4A">
            <w:pPr>
              <w:rPr>
                <w:rFonts w:ascii="Times New Roman" w:hAnsi="Times New Roman" w:cs="Times New Roman"/>
                <w:color w:val="FFFFFF" w:themeColor="background1"/>
              </w:rPr>
            </w:pPr>
            <w:r w:rsidRPr="00C2325E">
              <w:rPr>
                <w:rFonts w:ascii="Times New Roman" w:hAnsi="Times New Roman" w:cs="Times New Roman"/>
                <w:color w:val="FFFFFF" w:themeColor="background1"/>
              </w:rPr>
              <w:t>Title</w:t>
            </w:r>
          </w:p>
        </w:tc>
      </w:tr>
      <w:tr w:rsidR="00DB7652" w:rsidRPr="00C2325E" w14:paraId="01E0A525" w14:textId="77777777" w:rsidTr="00DB3F4B">
        <w:tc>
          <w:tcPr>
            <w:tcW w:w="4320" w:type="dxa"/>
          </w:tcPr>
          <w:p w14:paraId="69C527B0" w14:textId="77777777" w:rsidR="00DB7652" w:rsidRPr="00C2325E" w:rsidRDefault="00DB7652">
            <w:pPr>
              <w:rPr>
                <w:rFonts w:ascii="Times New Roman" w:hAnsi="Times New Roman" w:cs="Times New Roman"/>
              </w:rPr>
            </w:pPr>
          </w:p>
        </w:tc>
        <w:tc>
          <w:tcPr>
            <w:tcW w:w="4320" w:type="dxa"/>
          </w:tcPr>
          <w:p w14:paraId="4B908239" w14:textId="77777777" w:rsidR="00DB7652" w:rsidRPr="00C2325E" w:rsidRDefault="00DB7652">
            <w:pPr>
              <w:rPr>
                <w:rFonts w:ascii="Times New Roman" w:hAnsi="Times New Roman" w:cs="Times New Roman"/>
              </w:rPr>
            </w:pPr>
          </w:p>
        </w:tc>
      </w:tr>
      <w:tr w:rsidR="00DB7652" w:rsidRPr="00C2325E" w14:paraId="3B0D5D2E" w14:textId="77777777" w:rsidTr="00DB3F4B">
        <w:tc>
          <w:tcPr>
            <w:tcW w:w="4320" w:type="dxa"/>
          </w:tcPr>
          <w:p w14:paraId="222C2727" w14:textId="77777777" w:rsidR="00DB7652" w:rsidRPr="00C2325E" w:rsidRDefault="00DB7652">
            <w:pPr>
              <w:rPr>
                <w:rFonts w:ascii="Times New Roman" w:hAnsi="Times New Roman" w:cs="Times New Roman"/>
              </w:rPr>
            </w:pPr>
          </w:p>
        </w:tc>
        <w:tc>
          <w:tcPr>
            <w:tcW w:w="4320" w:type="dxa"/>
          </w:tcPr>
          <w:p w14:paraId="12E6CB2E" w14:textId="77777777" w:rsidR="00DB7652" w:rsidRPr="00C2325E" w:rsidRDefault="00DB7652">
            <w:pPr>
              <w:rPr>
                <w:rFonts w:ascii="Times New Roman" w:hAnsi="Times New Roman" w:cs="Times New Roman"/>
              </w:rPr>
            </w:pPr>
          </w:p>
        </w:tc>
      </w:tr>
      <w:tr w:rsidR="00DB7652" w:rsidRPr="00C2325E" w14:paraId="0DF67FC3" w14:textId="77777777" w:rsidTr="00DB3F4B">
        <w:tc>
          <w:tcPr>
            <w:tcW w:w="4320" w:type="dxa"/>
          </w:tcPr>
          <w:p w14:paraId="0ABC93C4" w14:textId="77777777" w:rsidR="00DB7652" w:rsidRPr="00C2325E" w:rsidRDefault="00DB7652">
            <w:pPr>
              <w:rPr>
                <w:rFonts w:ascii="Times New Roman" w:hAnsi="Times New Roman" w:cs="Times New Roman"/>
              </w:rPr>
            </w:pPr>
          </w:p>
        </w:tc>
        <w:tc>
          <w:tcPr>
            <w:tcW w:w="4320" w:type="dxa"/>
          </w:tcPr>
          <w:p w14:paraId="7F7D88D0" w14:textId="77777777" w:rsidR="00DB7652" w:rsidRPr="00C2325E" w:rsidRDefault="00DB7652">
            <w:pPr>
              <w:rPr>
                <w:rFonts w:ascii="Times New Roman" w:hAnsi="Times New Roman" w:cs="Times New Roman"/>
              </w:rPr>
            </w:pPr>
          </w:p>
        </w:tc>
      </w:tr>
      <w:tr w:rsidR="00DB7652" w:rsidRPr="00C2325E" w14:paraId="4963984A" w14:textId="77777777" w:rsidTr="00DB3F4B">
        <w:tc>
          <w:tcPr>
            <w:tcW w:w="4320" w:type="dxa"/>
          </w:tcPr>
          <w:p w14:paraId="44901A68" w14:textId="77777777" w:rsidR="00DB7652" w:rsidRPr="00C2325E" w:rsidRDefault="00DB7652">
            <w:pPr>
              <w:rPr>
                <w:rFonts w:ascii="Times New Roman" w:hAnsi="Times New Roman" w:cs="Times New Roman"/>
              </w:rPr>
            </w:pPr>
          </w:p>
        </w:tc>
        <w:tc>
          <w:tcPr>
            <w:tcW w:w="4320" w:type="dxa"/>
          </w:tcPr>
          <w:p w14:paraId="6751D4F5" w14:textId="77777777" w:rsidR="00DB7652" w:rsidRPr="00C2325E" w:rsidRDefault="00DB7652">
            <w:pPr>
              <w:rPr>
                <w:rFonts w:ascii="Times New Roman" w:hAnsi="Times New Roman" w:cs="Times New Roman"/>
              </w:rPr>
            </w:pPr>
          </w:p>
        </w:tc>
      </w:tr>
      <w:tr w:rsidR="00DB7652" w:rsidRPr="00C2325E" w14:paraId="77264D25" w14:textId="77777777" w:rsidTr="00DB3F4B">
        <w:tc>
          <w:tcPr>
            <w:tcW w:w="4320" w:type="dxa"/>
          </w:tcPr>
          <w:p w14:paraId="0CD62E32" w14:textId="77777777" w:rsidR="00DB7652" w:rsidRPr="00C2325E" w:rsidRDefault="00DB7652">
            <w:pPr>
              <w:rPr>
                <w:rFonts w:ascii="Times New Roman" w:hAnsi="Times New Roman" w:cs="Times New Roman"/>
              </w:rPr>
            </w:pPr>
          </w:p>
        </w:tc>
        <w:tc>
          <w:tcPr>
            <w:tcW w:w="4320" w:type="dxa"/>
          </w:tcPr>
          <w:p w14:paraId="0FB6E971" w14:textId="77777777" w:rsidR="00DB7652" w:rsidRPr="00C2325E" w:rsidRDefault="00DB7652">
            <w:pPr>
              <w:rPr>
                <w:rFonts w:ascii="Times New Roman" w:hAnsi="Times New Roman" w:cs="Times New Roman"/>
              </w:rPr>
            </w:pPr>
          </w:p>
        </w:tc>
      </w:tr>
    </w:tbl>
    <w:p w14:paraId="3DAAABDA" w14:textId="77777777" w:rsidR="00516645" w:rsidRPr="00C2325E" w:rsidRDefault="00516645" w:rsidP="00516645">
      <w:pPr>
        <w:pStyle w:val="Heading3"/>
        <w:rPr>
          <w:rFonts w:ascii="Times New Roman" w:hAnsi="Times New Roman" w:cs="Times New Roman"/>
          <w:color w:val="auto"/>
        </w:rPr>
      </w:pPr>
      <w:r w:rsidRPr="00C2325E">
        <w:rPr>
          <w:rFonts w:ascii="Times New Roman" w:hAnsi="Times New Roman" w:cs="Times New Roman"/>
          <w:color w:val="auto"/>
        </w:rPr>
        <w:t>(6) Firm Diversity Statement</w:t>
      </w:r>
    </w:p>
    <w:p w14:paraId="578F8DA1" w14:textId="70887F70" w:rsidR="00516645" w:rsidRPr="00C2325E" w:rsidRDefault="00516645" w:rsidP="00516645">
      <w:pPr>
        <w:rPr>
          <w:rFonts w:ascii="Times New Roman" w:hAnsi="Times New Roman" w:cs="Times New Roman"/>
        </w:rPr>
      </w:pPr>
      <w:r w:rsidRPr="00C2325E">
        <w:rPr>
          <w:rFonts w:ascii="Times New Roman" w:hAnsi="Times New Roman" w:cs="Times New Roman"/>
        </w:rPr>
        <w:t>Check applicable and provide % ownership:</w:t>
      </w:r>
      <w:r w:rsidRPr="00C2325E">
        <w:rPr>
          <w:rFonts w:ascii="Times New Roman" w:hAnsi="Times New Roman" w:cs="Times New Roman"/>
        </w:rPr>
        <w:br/>
      </w:r>
      <w:r w:rsidRPr="00C2325E">
        <w:rPr>
          <w:rFonts w:ascii="Segoe UI Symbol" w:hAnsi="Segoe UI Symbol" w:cs="Segoe UI Symbol"/>
        </w:rPr>
        <w:t>☐</w:t>
      </w:r>
      <w:r w:rsidRPr="00C2325E">
        <w:rPr>
          <w:rFonts w:ascii="Times New Roman" w:hAnsi="Times New Roman" w:cs="Times New Roman"/>
        </w:rPr>
        <w:t xml:space="preserve"> Minority-Owned _____%</w:t>
      </w:r>
      <w:r w:rsidRPr="00C2325E">
        <w:rPr>
          <w:rFonts w:ascii="Times New Roman" w:hAnsi="Times New Roman" w:cs="Times New Roman"/>
        </w:rPr>
        <w:br/>
      </w:r>
      <w:r w:rsidRPr="00C2325E">
        <w:rPr>
          <w:rFonts w:ascii="Segoe UI Symbol" w:hAnsi="Segoe UI Symbol" w:cs="Segoe UI Symbol"/>
        </w:rPr>
        <w:t>☐</w:t>
      </w:r>
      <w:r w:rsidRPr="00C2325E">
        <w:rPr>
          <w:rFonts w:ascii="Times New Roman" w:hAnsi="Times New Roman" w:cs="Times New Roman"/>
        </w:rPr>
        <w:t xml:space="preserve"> Woman-Owned _____%</w:t>
      </w:r>
      <w:r w:rsidRPr="00C2325E">
        <w:rPr>
          <w:rFonts w:ascii="Times New Roman" w:hAnsi="Times New Roman" w:cs="Times New Roman"/>
        </w:rPr>
        <w:br/>
      </w:r>
      <w:r w:rsidRPr="00C2325E">
        <w:rPr>
          <w:rFonts w:ascii="Segoe UI Symbol" w:hAnsi="Segoe UI Symbol" w:cs="Segoe UI Symbol"/>
        </w:rPr>
        <w:t>☐</w:t>
      </w:r>
      <w:r w:rsidRPr="00C2325E">
        <w:rPr>
          <w:rFonts w:ascii="Times New Roman" w:hAnsi="Times New Roman" w:cs="Times New Roman"/>
        </w:rPr>
        <w:t xml:space="preserve"> Veteran-Owned _____%</w:t>
      </w:r>
      <w:r w:rsidRPr="00C2325E">
        <w:rPr>
          <w:rFonts w:ascii="Times New Roman" w:hAnsi="Times New Roman" w:cs="Times New Roman"/>
        </w:rPr>
        <w:br/>
      </w:r>
      <w:r w:rsidRPr="00C2325E">
        <w:rPr>
          <w:rFonts w:ascii="Segoe UI Symbol" w:hAnsi="Segoe UI Symbol" w:cs="Segoe UI Symbol"/>
        </w:rPr>
        <w:t>☐</w:t>
      </w:r>
      <w:r w:rsidRPr="00C2325E">
        <w:rPr>
          <w:rFonts w:ascii="Times New Roman" w:hAnsi="Times New Roman" w:cs="Times New Roman"/>
        </w:rPr>
        <w:t xml:space="preserve"> Disabled-Owned _____%</w:t>
      </w:r>
      <w:r w:rsidRPr="00C2325E">
        <w:rPr>
          <w:rFonts w:ascii="Times New Roman" w:hAnsi="Times New Roman" w:cs="Times New Roman"/>
        </w:rPr>
        <w:br/>
      </w:r>
      <w:r w:rsidRPr="00C2325E">
        <w:rPr>
          <w:rFonts w:ascii="Segoe UI Symbol" w:hAnsi="Segoe UI Symbol" w:cs="Segoe UI Symbol"/>
        </w:rPr>
        <w:t>☐</w:t>
      </w:r>
      <w:r w:rsidRPr="00C2325E">
        <w:rPr>
          <w:rFonts w:ascii="Times New Roman" w:hAnsi="Times New Roman" w:cs="Times New Roman"/>
        </w:rPr>
        <w:t xml:space="preserve"> Small Business _____%</w:t>
      </w:r>
      <w:r w:rsidRPr="00C2325E">
        <w:rPr>
          <w:rFonts w:ascii="Times New Roman" w:hAnsi="Times New Roman" w:cs="Times New Roman"/>
        </w:rPr>
        <w:br/>
        <w:t>Certified Agency: ___________________   Certification Number: ___________________</w:t>
      </w:r>
    </w:p>
    <w:p w14:paraId="51717850" w14:textId="585FC667" w:rsidR="00DB7652" w:rsidRPr="00C2325E" w:rsidRDefault="00516645">
      <w:pPr>
        <w:pStyle w:val="Heading3"/>
        <w:rPr>
          <w:rFonts w:ascii="Times New Roman" w:hAnsi="Times New Roman" w:cs="Times New Roman"/>
          <w:color w:val="auto"/>
        </w:rPr>
      </w:pPr>
      <w:r w:rsidRPr="00C2325E">
        <w:rPr>
          <w:rFonts w:ascii="Times New Roman" w:hAnsi="Times New Roman" w:cs="Times New Roman"/>
          <w:color w:val="auto"/>
        </w:rPr>
        <w:lastRenderedPageBreak/>
        <w:t xml:space="preserve">(7) </w:t>
      </w:r>
      <w:r w:rsidR="00786F4A" w:rsidRPr="00C2325E">
        <w:rPr>
          <w:rFonts w:ascii="Times New Roman" w:hAnsi="Times New Roman" w:cs="Times New Roman"/>
          <w:color w:val="auto"/>
        </w:rPr>
        <w:t>Licensing &amp; Registration</w:t>
      </w:r>
    </w:p>
    <w:p w14:paraId="0921877B" w14:textId="77777777" w:rsidR="00DB7652" w:rsidRPr="00C2325E" w:rsidRDefault="00786F4A">
      <w:pPr>
        <w:rPr>
          <w:rFonts w:ascii="Times New Roman" w:hAnsi="Times New Roman" w:cs="Times New Roman"/>
        </w:rPr>
      </w:pPr>
      <w:r w:rsidRPr="00C2325E">
        <w:rPr>
          <w:rFonts w:ascii="Times New Roman" w:hAnsi="Times New Roman" w:cs="Times New Roman"/>
        </w:rPr>
        <w:t>Federal Tax ID: ____________________________</w:t>
      </w:r>
      <w:r w:rsidRPr="00C2325E">
        <w:rPr>
          <w:rFonts w:ascii="Times New Roman" w:hAnsi="Times New Roman" w:cs="Times New Roman"/>
        </w:rPr>
        <w:br/>
        <w:t>State Business ID: ____________________________</w:t>
      </w:r>
      <w:r w:rsidRPr="00C2325E">
        <w:rPr>
          <w:rFonts w:ascii="Times New Roman" w:hAnsi="Times New Roman" w:cs="Times New Roman"/>
        </w:rPr>
        <w:br/>
        <w:t>Local Business License #: _____________________</w:t>
      </w:r>
    </w:p>
    <w:p w14:paraId="66573B2B" w14:textId="3F3AA965" w:rsidR="00DB7652" w:rsidRPr="00C2325E" w:rsidRDefault="00B04604">
      <w:pPr>
        <w:pStyle w:val="Heading3"/>
        <w:rPr>
          <w:rFonts w:ascii="Times New Roman" w:hAnsi="Times New Roman" w:cs="Times New Roman"/>
          <w:color w:val="auto"/>
        </w:rPr>
      </w:pPr>
      <w:r w:rsidRPr="00C2325E">
        <w:rPr>
          <w:rFonts w:ascii="Times New Roman" w:hAnsi="Times New Roman" w:cs="Times New Roman"/>
          <w:color w:val="auto"/>
        </w:rPr>
        <w:t xml:space="preserve">(8) </w:t>
      </w:r>
      <w:r w:rsidR="00786F4A" w:rsidRPr="00C2325E">
        <w:rPr>
          <w:rFonts w:ascii="Times New Roman" w:hAnsi="Times New Roman" w:cs="Times New Roman"/>
          <w:color w:val="auto"/>
        </w:rPr>
        <w:t>Insurance</w:t>
      </w:r>
    </w:p>
    <w:p w14:paraId="3B85D762" w14:textId="77777777" w:rsidR="00DB7652" w:rsidRPr="00C2325E" w:rsidRDefault="00786F4A">
      <w:pPr>
        <w:rPr>
          <w:rFonts w:ascii="Times New Roman" w:hAnsi="Times New Roman" w:cs="Times New Roman"/>
        </w:rPr>
      </w:pPr>
      <w:r w:rsidRPr="00C2325E">
        <w:rPr>
          <w:rFonts w:ascii="Times New Roman" w:hAnsi="Times New Roman" w:cs="Times New Roman"/>
        </w:rPr>
        <w:t>Workers Compensation Carrier: ______________ Policy #: __________ Exp: _______</w:t>
      </w:r>
      <w:r w:rsidRPr="00C2325E">
        <w:rPr>
          <w:rFonts w:ascii="Times New Roman" w:hAnsi="Times New Roman" w:cs="Times New Roman"/>
        </w:rPr>
        <w:br/>
        <w:t>General Liability Carrier: __________________ Policy #: __________ Exp: _______</w:t>
      </w:r>
      <w:r w:rsidRPr="00C2325E">
        <w:rPr>
          <w:rFonts w:ascii="Times New Roman" w:hAnsi="Times New Roman" w:cs="Times New Roman"/>
        </w:rPr>
        <w:br/>
        <w:t>Professional Liability Carrier: ______________ Policy #: __________ Exp: _______</w:t>
      </w:r>
    </w:p>
    <w:p w14:paraId="18A4A09F" w14:textId="75EB3614" w:rsidR="00DB7652" w:rsidRPr="00C2325E" w:rsidRDefault="009D27C1">
      <w:pPr>
        <w:pStyle w:val="Heading3"/>
        <w:rPr>
          <w:rFonts w:ascii="Times New Roman" w:hAnsi="Times New Roman" w:cs="Times New Roman"/>
          <w:color w:val="auto"/>
        </w:rPr>
      </w:pPr>
      <w:r w:rsidRPr="00C2325E">
        <w:rPr>
          <w:rFonts w:ascii="Times New Roman" w:hAnsi="Times New Roman" w:cs="Times New Roman"/>
          <w:color w:val="auto"/>
        </w:rPr>
        <w:t xml:space="preserve">(9) </w:t>
      </w:r>
      <w:r w:rsidR="00786F4A" w:rsidRPr="00C2325E">
        <w:rPr>
          <w:rFonts w:ascii="Times New Roman" w:hAnsi="Times New Roman" w:cs="Times New Roman"/>
          <w:color w:val="auto"/>
        </w:rPr>
        <w:t>Legal Disclosures (Initial</w:t>
      </w:r>
      <w:r w:rsidR="00B04604" w:rsidRPr="00C2325E">
        <w:rPr>
          <w:rFonts w:ascii="Times New Roman" w:hAnsi="Times New Roman" w:cs="Times New Roman"/>
          <w:color w:val="auto"/>
        </w:rPr>
        <w:t>,</w:t>
      </w:r>
      <w:r w:rsidR="00786F4A" w:rsidRPr="00C2325E">
        <w:rPr>
          <w:rFonts w:ascii="Times New Roman" w:hAnsi="Times New Roman" w:cs="Times New Roman"/>
          <w:color w:val="auto"/>
        </w:rPr>
        <w:t xml:space="preserve"> Yes or No)</w:t>
      </w:r>
    </w:p>
    <w:p w14:paraId="7EB2BB51" w14:textId="3C0372B9" w:rsidR="00DB7652" w:rsidRPr="00C2325E" w:rsidRDefault="009D27C1" w:rsidP="009D27C1">
      <w:pPr>
        <w:spacing w:after="0"/>
        <w:rPr>
          <w:rFonts w:ascii="Times New Roman" w:hAnsi="Times New Roman" w:cs="Times New Roman"/>
        </w:rPr>
      </w:pPr>
      <w:r w:rsidRPr="00C2325E">
        <w:rPr>
          <w:rFonts w:ascii="Times New Roman" w:hAnsi="Times New Roman" w:cs="Times New Roman"/>
        </w:rPr>
        <w:t xml:space="preserve"> _____</w:t>
      </w:r>
      <w:r w:rsidR="005042C8" w:rsidRPr="00C2325E">
        <w:rPr>
          <w:rFonts w:ascii="Times New Roman" w:hAnsi="Times New Roman" w:cs="Times New Roman"/>
        </w:rPr>
        <w:t xml:space="preserve">  </w:t>
      </w:r>
      <w:r w:rsidRPr="00C2325E">
        <w:rPr>
          <w:rFonts w:ascii="Times New Roman" w:hAnsi="Times New Roman" w:cs="Times New Roman"/>
        </w:rPr>
        <w:t xml:space="preserve"> </w:t>
      </w:r>
      <w:r w:rsidR="00786F4A" w:rsidRPr="00C2325E">
        <w:rPr>
          <w:rFonts w:ascii="Times New Roman" w:hAnsi="Times New Roman" w:cs="Times New Roman"/>
        </w:rPr>
        <w:t xml:space="preserve">Has your firm </w:t>
      </w:r>
      <w:r w:rsidR="005042C8" w:rsidRPr="00C2325E">
        <w:rPr>
          <w:rFonts w:ascii="Times New Roman" w:hAnsi="Times New Roman" w:cs="Times New Roman"/>
        </w:rPr>
        <w:t xml:space="preserve">or any member of your firm </w:t>
      </w:r>
      <w:r w:rsidR="00786F4A" w:rsidRPr="00C2325E">
        <w:rPr>
          <w:rFonts w:ascii="Times New Roman" w:hAnsi="Times New Roman" w:cs="Times New Roman"/>
        </w:rPr>
        <w:t xml:space="preserve">been involved in litigation with a public entity?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w:t>
      </w:r>
    </w:p>
    <w:p w14:paraId="02541909" w14:textId="1DA4BDC0" w:rsidR="00516645" w:rsidRPr="00C2325E" w:rsidRDefault="00516645" w:rsidP="009D27C1">
      <w:pPr>
        <w:spacing w:after="0" w:line="36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29C8FE2D" w14:textId="3EA70B98" w:rsidR="00DB7652" w:rsidRPr="00C2325E" w:rsidRDefault="009D27C1" w:rsidP="009D27C1">
      <w:pPr>
        <w:spacing w:after="0" w:line="240" w:lineRule="auto"/>
        <w:rPr>
          <w:rFonts w:ascii="Times New Roman" w:hAnsi="Times New Roman" w:cs="Times New Roman"/>
        </w:rPr>
      </w:pPr>
      <w:r w:rsidRPr="00C2325E">
        <w:rPr>
          <w:rFonts w:ascii="Times New Roman" w:hAnsi="Times New Roman" w:cs="Times New Roman"/>
        </w:rPr>
        <w:t xml:space="preserve"> _____ </w:t>
      </w:r>
      <w:r w:rsidR="00786F4A" w:rsidRPr="00C2325E">
        <w:rPr>
          <w:rFonts w:ascii="Times New Roman" w:hAnsi="Times New Roman" w:cs="Times New Roman"/>
        </w:rPr>
        <w:t>Is your firm currently</w:t>
      </w:r>
      <w:r w:rsidR="005042C8" w:rsidRPr="00C2325E">
        <w:rPr>
          <w:rFonts w:ascii="Times New Roman" w:hAnsi="Times New Roman" w:cs="Times New Roman"/>
        </w:rPr>
        <w:t xml:space="preserve"> involved</w:t>
      </w:r>
      <w:r w:rsidR="00786F4A" w:rsidRPr="00C2325E">
        <w:rPr>
          <w:rFonts w:ascii="Times New Roman" w:hAnsi="Times New Roman" w:cs="Times New Roman"/>
        </w:rPr>
        <w:t xml:space="preserve"> in</w:t>
      </w:r>
      <w:r w:rsidR="005042C8" w:rsidRPr="00C2325E">
        <w:rPr>
          <w:rFonts w:ascii="Times New Roman" w:hAnsi="Times New Roman" w:cs="Times New Roman"/>
        </w:rPr>
        <w:t xml:space="preserve"> local, County, State, Federal mortgage foreclosure proceedings</w:t>
      </w:r>
      <w:r w:rsidR="00786F4A" w:rsidRPr="00C2325E">
        <w:rPr>
          <w:rFonts w:ascii="Times New Roman" w:hAnsi="Times New Roman" w:cs="Times New Roman"/>
        </w:rPr>
        <w:t xml:space="preserve"> </w:t>
      </w:r>
      <w:r w:rsidR="005042C8" w:rsidRPr="00C2325E">
        <w:rPr>
          <w:rFonts w:ascii="Times New Roman" w:hAnsi="Times New Roman" w:cs="Times New Roman"/>
        </w:rPr>
        <w:t>or currently 90 days in arrears on a local public or private loan?</w:t>
      </w:r>
      <w:r w:rsidR="00786F4A" w:rsidRPr="00C2325E">
        <w:rPr>
          <w:rFonts w:ascii="Times New Roman" w:hAnsi="Times New Roman" w:cs="Times New Roman"/>
        </w:rPr>
        <w:t xml:space="preserve">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p>
    <w:p w14:paraId="04F9A44D" w14:textId="4B087258" w:rsidR="005042C8" w:rsidRPr="00C2325E" w:rsidRDefault="009D27C1" w:rsidP="009D27C1">
      <w:pPr>
        <w:spacing w:after="0" w:line="24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5DD245C3" w14:textId="77777777" w:rsidR="005042C8" w:rsidRPr="00C2325E" w:rsidRDefault="005042C8" w:rsidP="005042C8">
      <w:pPr>
        <w:spacing w:after="0" w:line="20" w:lineRule="exact"/>
        <w:rPr>
          <w:rFonts w:ascii="Times New Roman" w:hAnsi="Times New Roman" w:cs="Times New Roman"/>
        </w:rPr>
      </w:pPr>
    </w:p>
    <w:p w14:paraId="704CB410" w14:textId="77777777" w:rsidR="005042C8" w:rsidRPr="00C2325E" w:rsidRDefault="005042C8" w:rsidP="005042C8">
      <w:pPr>
        <w:spacing w:after="0" w:line="20" w:lineRule="exact"/>
        <w:rPr>
          <w:rFonts w:ascii="Times New Roman" w:hAnsi="Times New Roman" w:cs="Times New Roman"/>
        </w:rPr>
      </w:pPr>
    </w:p>
    <w:p w14:paraId="52038BE8" w14:textId="77777777" w:rsidR="005042C8" w:rsidRPr="00C2325E" w:rsidRDefault="005042C8" w:rsidP="005042C8">
      <w:pPr>
        <w:spacing w:after="0" w:line="20" w:lineRule="exact"/>
        <w:rPr>
          <w:rFonts w:ascii="Times New Roman" w:hAnsi="Times New Roman" w:cs="Times New Roman"/>
        </w:rPr>
      </w:pPr>
    </w:p>
    <w:p w14:paraId="44C5D999" w14:textId="77777777" w:rsidR="005042C8" w:rsidRPr="00C2325E" w:rsidRDefault="005042C8" w:rsidP="005042C8">
      <w:pPr>
        <w:spacing w:after="0" w:line="20" w:lineRule="exact"/>
        <w:rPr>
          <w:rFonts w:ascii="Times New Roman" w:hAnsi="Times New Roman" w:cs="Times New Roman"/>
        </w:rPr>
      </w:pPr>
    </w:p>
    <w:p w14:paraId="1ECBBF9E" w14:textId="49578F42" w:rsidR="00DB7652" w:rsidRPr="00C2325E" w:rsidRDefault="005042C8" w:rsidP="009D27C1">
      <w:pPr>
        <w:spacing w:after="0" w:line="240" w:lineRule="auto"/>
        <w:rPr>
          <w:rFonts w:ascii="Times New Roman" w:hAnsi="Times New Roman" w:cs="Times New Roman"/>
        </w:rPr>
      </w:pPr>
      <w:r w:rsidRPr="00C2325E">
        <w:rPr>
          <w:rFonts w:ascii="Times New Roman" w:hAnsi="Times New Roman" w:cs="Times New Roman"/>
        </w:rPr>
        <w:t xml:space="preserve">_____ </w:t>
      </w:r>
      <w:r w:rsidR="00337A94" w:rsidRPr="00C2325E">
        <w:rPr>
          <w:rFonts w:ascii="Times New Roman" w:hAnsi="Times New Roman" w:cs="Times New Roman"/>
        </w:rPr>
        <w:t>H</w:t>
      </w:r>
      <w:r w:rsidR="00786F4A" w:rsidRPr="00C2325E">
        <w:rPr>
          <w:rFonts w:ascii="Times New Roman" w:hAnsi="Times New Roman" w:cs="Times New Roman"/>
        </w:rPr>
        <w:t xml:space="preserve">as your firm </w:t>
      </w:r>
      <w:r w:rsidR="00337A94" w:rsidRPr="00C2325E">
        <w:rPr>
          <w:rFonts w:ascii="Times New Roman" w:hAnsi="Times New Roman" w:cs="Times New Roman"/>
        </w:rPr>
        <w:t xml:space="preserve">or any member of your firm </w:t>
      </w:r>
      <w:r w:rsidR="00786F4A" w:rsidRPr="00C2325E">
        <w:rPr>
          <w:rFonts w:ascii="Times New Roman" w:hAnsi="Times New Roman" w:cs="Times New Roman"/>
        </w:rPr>
        <w:t>failed to qualify as a responsible bidder</w:t>
      </w:r>
      <w:r w:rsidR="00337A94" w:rsidRPr="00C2325E">
        <w:rPr>
          <w:rFonts w:ascii="Times New Roman" w:hAnsi="Times New Roman" w:cs="Times New Roman"/>
        </w:rPr>
        <w:t xml:space="preserve"> or refused to </w:t>
      </w:r>
      <w:proofErr w:type="gramStart"/>
      <w:r w:rsidR="00337A94" w:rsidRPr="00C2325E">
        <w:rPr>
          <w:rFonts w:ascii="Times New Roman" w:hAnsi="Times New Roman" w:cs="Times New Roman"/>
        </w:rPr>
        <w:t>enter into</w:t>
      </w:r>
      <w:proofErr w:type="gramEnd"/>
      <w:r w:rsidR="00337A94" w:rsidRPr="00C2325E">
        <w:rPr>
          <w:rFonts w:ascii="Times New Roman" w:hAnsi="Times New Roman" w:cs="Times New Roman"/>
        </w:rPr>
        <w:t xml:space="preserve"> a contract after an award has been made, privately or with any government agency</w:t>
      </w:r>
      <w:r w:rsidR="00786F4A" w:rsidRPr="00C2325E">
        <w:rPr>
          <w:rFonts w:ascii="Times New Roman" w:hAnsi="Times New Roman" w:cs="Times New Roman"/>
        </w:rPr>
        <w:t xml:space="preserve">?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w:t>
      </w:r>
    </w:p>
    <w:p w14:paraId="1A191C67" w14:textId="50635EED" w:rsidR="005042C8" w:rsidRPr="00C2325E" w:rsidRDefault="009D27C1" w:rsidP="009D27C1">
      <w:pPr>
        <w:spacing w:after="0" w:line="36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0982DDE1" w14:textId="49C41447" w:rsidR="00DB7652" w:rsidRPr="00C2325E" w:rsidRDefault="005042C8" w:rsidP="009D27C1">
      <w:pPr>
        <w:spacing w:after="0"/>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 xml:space="preserve">Has your firm filed for bankruptcy in last 7 years?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w:t>
      </w:r>
    </w:p>
    <w:p w14:paraId="75D9A3D0" w14:textId="77777777" w:rsidR="009D27C1" w:rsidRPr="00C2325E" w:rsidRDefault="009D27C1" w:rsidP="009D27C1">
      <w:pPr>
        <w:spacing w:after="0" w:line="36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7C86AD2B" w14:textId="024AB978" w:rsidR="00DB7652" w:rsidRPr="00C2325E" w:rsidRDefault="005042C8" w:rsidP="009D27C1">
      <w:pPr>
        <w:spacing w:after="0"/>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 xml:space="preserve">Has your firm failed to file taxes or pay required fees?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w:t>
      </w:r>
    </w:p>
    <w:p w14:paraId="558CBF50" w14:textId="77777777" w:rsidR="009D27C1" w:rsidRPr="00C2325E" w:rsidRDefault="009D27C1" w:rsidP="009D27C1">
      <w:pPr>
        <w:spacing w:after="0" w:line="36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55AE3FCF" w14:textId="6B635B4E" w:rsidR="00DB7652" w:rsidRPr="00C2325E" w:rsidRDefault="005042C8" w:rsidP="009D27C1">
      <w:pPr>
        <w:spacing w:after="0"/>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Has your firm</w:t>
      </w:r>
      <w:r w:rsidR="00337A94" w:rsidRPr="00C2325E">
        <w:rPr>
          <w:rFonts w:ascii="Times New Roman" w:hAnsi="Times New Roman" w:cs="Times New Roman"/>
        </w:rPr>
        <w:t xml:space="preserve"> or any member of your firm</w:t>
      </w:r>
      <w:r w:rsidR="00786F4A" w:rsidRPr="00C2325E">
        <w:rPr>
          <w:rFonts w:ascii="Times New Roman" w:hAnsi="Times New Roman" w:cs="Times New Roman"/>
        </w:rPr>
        <w:t xml:space="preserve"> been cited for building code violations</w:t>
      </w:r>
      <w:r w:rsidR="00337A94" w:rsidRPr="00C2325E">
        <w:rPr>
          <w:rFonts w:ascii="Times New Roman" w:hAnsi="Times New Roman" w:cs="Times New Roman"/>
        </w:rPr>
        <w:t xml:space="preserve"> or litigation against properties owned by the firm or by any entity or individual that comprises the firm</w:t>
      </w:r>
      <w:r w:rsidR="00786F4A" w:rsidRPr="00C2325E">
        <w:rPr>
          <w:rFonts w:ascii="Times New Roman" w:hAnsi="Times New Roman" w:cs="Times New Roman"/>
        </w:rPr>
        <w:t xml:space="preserve">?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w:t>
      </w:r>
    </w:p>
    <w:p w14:paraId="037666A9" w14:textId="77777777" w:rsidR="009D27C1" w:rsidRPr="00C2325E" w:rsidRDefault="009D27C1" w:rsidP="009D27C1">
      <w:pPr>
        <w:spacing w:after="0" w:line="36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18D2C556" w14:textId="7ED84C8E" w:rsidR="00DB7652" w:rsidRPr="00C2325E" w:rsidRDefault="005042C8" w:rsidP="009D27C1">
      <w:pPr>
        <w:spacing w:after="0"/>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Has</w:t>
      </w:r>
      <w:r w:rsidR="00337A94" w:rsidRPr="00C2325E">
        <w:rPr>
          <w:rFonts w:ascii="Times New Roman" w:hAnsi="Times New Roman" w:cs="Times New Roman"/>
        </w:rPr>
        <w:t xml:space="preserve"> your firm or</w:t>
      </w:r>
      <w:r w:rsidR="00786F4A" w:rsidRPr="00C2325E">
        <w:rPr>
          <w:rFonts w:ascii="Times New Roman" w:hAnsi="Times New Roman" w:cs="Times New Roman"/>
        </w:rPr>
        <w:t xml:space="preserve"> </w:t>
      </w:r>
      <w:r w:rsidR="00337A94" w:rsidRPr="00C2325E">
        <w:rPr>
          <w:rFonts w:ascii="Times New Roman" w:hAnsi="Times New Roman" w:cs="Times New Roman"/>
        </w:rPr>
        <w:t>any member of your firm</w:t>
      </w:r>
      <w:r w:rsidR="00786F4A" w:rsidRPr="00C2325E">
        <w:rPr>
          <w:rFonts w:ascii="Times New Roman" w:hAnsi="Times New Roman" w:cs="Times New Roman"/>
        </w:rPr>
        <w:t xml:space="preserve"> been convicted of fraud, bribery, or </w:t>
      </w:r>
      <w:r w:rsidR="00337A94" w:rsidRPr="00C2325E">
        <w:rPr>
          <w:rFonts w:ascii="Times New Roman" w:hAnsi="Times New Roman" w:cs="Times New Roman"/>
        </w:rPr>
        <w:t>grand larceny</w:t>
      </w:r>
      <w:r w:rsidR="00786F4A" w:rsidRPr="00C2325E">
        <w:rPr>
          <w:rFonts w:ascii="Times New Roman" w:hAnsi="Times New Roman" w:cs="Times New Roman"/>
        </w:rPr>
        <w:t xml:space="preserve">?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w:t>
      </w:r>
    </w:p>
    <w:p w14:paraId="386DA5DF" w14:textId="77777777" w:rsidR="009D27C1" w:rsidRPr="00C2325E" w:rsidRDefault="009D27C1" w:rsidP="009D27C1">
      <w:pPr>
        <w:spacing w:after="0" w:line="36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68E9459D" w14:textId="753C700F" w:rsidR="00DB7652" w:rsidRPr="00C2325E" w:rsidRDefault="005042C8" w:rsidP="009D27C1">
      <w:pPr>
        <w:spacing w:after="0"/>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 xml:space="preserve">Has your firm </w:t>
      </w:r>
      <w:r w:rsidR="00337A94" w:rsidRPr="00C2325E">
        <w:rPr>
          <w:rFonts w:ascii="Times New Roman" w:hAnsi="Times New Roman" w:cs="Times New Roman"/>
        </w:rPr>
        <w:t xml:space="preserve">or any member of your firm </w:t>
      </w:r>
      <w:r w:rsidR="00786F4A" w:rsidRPr="00C2325E">
        <w:rPr>
          <w:rFonts w:ascii="Times New Roman" w:hAnsi="Times New Roman" w:cs="Times New Roman"/>
        </w:rPr>
        <w:t>been sued by a housing authority</w:t>
      </w:r>
      <w:r w:rsidR="00337A94" w:rsidRPr="00C2325E">
        <w:rPr>
          <w:rFonts w:ascii="Times New Roman" w:hAnsi="Times New Roman" w:cs="Times New Roman"/>
        </w:rPr>
        <w:t xml:space="preserve"> or </w:t>
      </w:r>
      <w:r w:rsidR="00221A78" w:rsidRPr="00C2325E">
        <w:rPr>
          <w:rFonts w:ascii="Times New Roman" w:hAnsi="Times New Roman" w:cs="Times New Roman"/>
        </w:rPr>
        <w:t>its</w:t>
      </w:r>
      <w:r w:rsidR="00337A94" w:rsidRPr="00C2325E">
        <w:rPr>
          <w:rFonts w:ascii="Times New Roman" w:hAnsi="Times New Roman" w:cs="Times New Roman"/>
        </w:rPr>
        <w:t xml:space="preserve"> affiliated entities</w:t>
      </w:r>
      <w:r w:rsidR="00786F4A" w:rsidRPr="00C2325E">
        <w:rPr>
          <w:rFonts w:ascii="Times New Roman" w:hAnsi="Times New Roman" w:cs="Times New Roman"/>
        </w:rPr>
        <w:t xml:space="preserve">?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Initials </w:t>
      </w:r>
    </w:p>
    <w:p w14:paraId="01BB3DC2" w14:textId="77777777" w:rsidR="009D27C1" w:rsidRPr="00C2325E" w:rsidRDefault="009D27C1" w:rsidP="009D27C1">
      <w:pPr>
        <w:spacing w:after="0" w:line="36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58207BEA" w14:textId="4AD7EDFC" w:rsidR="00DB7652" w:rsidRPr="00C2325E" w:rsidRDefault="005042C8" w:rsidP="009D27C1">
      <w:pPr>
        <w:spacing w:after="0"/>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Has your firm</w:t>
      </w:r>
      <w:r w:rsidR="00221A78" w:rsidRPr="00C2325E">
        <w:rPr>
          <w:rFonts w:ascii="Times New Roman" w:hAnsi="Times New Roman" w:cs="Times New Roman"/>
        </w:rPr>
        <w:t xml:space="preserve"> or any member of your firm</w:t>
      </w:r>
      <w:r w:rsidR="00786F4A" w:rsidRPr="00C2325E">
        <w:rPr>
          <w:rFonts w:ascii="Times New Roman" w:hAnsi="Times New Roman" w:cs="Times New Roman"/>
        </w:rPr>
        <w:t xml:space="preserve"> ever had </w:t>
      </w:r>
      <w:r w:rsidR="00221A78" w:rsidRPr="00C2325E">
        <w:rPr>
          <w:rFonts w:ascii="Times New Roman" w:hAnsi="Times New Roman" w:cs="Times New Roman"/>
        </w:rPr>
        <w:t>claim brought against because of breach of contract or nonperformance</w:t>
      </w:r>
      <w:r w:rsidR="00786F4A" w:rsidRPr="00C2325E">
        <w:rPr>
          <w:rFonts w:ascii="Times New Roman" w:hAnsi="Times New Roman" w:cs="Times New Roman"/>
        </w:rPr>
        <w:t xml:space="preserve">?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w:t>
      </w:r>
    </w:p>
    <w:p w14:paraId="428D61FD" w14:textId="77777777" w:rsidR="009D27C1" w:rsidRPr="00C2325E" w:rsidRDefault="009D27C1" w:rsidP="009D27C1">
      <w:pPr>
        <w:spacing w:after="0" w:line="36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713E9EB7" w14:textId="2FB51C71" w:rsidR="00DB7652" w:rsidRPr="00C2325E" w:rsidRDefault="005042C8">
      <w:pPr>
        <w:pStyle w:val="Heading3"/>
        <w:rPr>
          <w:rFonts w:ascii="Times New Roman" w:hAnsi="Times New Roman" w:cs="Times New Roman"/>
          <w:color w:val="auto"/>
        </w:rPr>
      </w:pPr>
      <w:r w:rsidRPr="00C2325E">
        <w:rPr>
          <w:rFonts w:ascii="Times New Roman" w:hAnsi="Times New Roman" w:cs="Times New Roman"/>
          <w:color w:val="auto"/>
        </w:rPr>
        <w:lastRenderedPageBreak/>
        <w:t xml:space="preserve">(10) </w:t>
      </w:r>
      <w:r w:rsidR="00786F4A" w:rsidRPr="00C2325E">
        <w:rPr>
          <w:rFonts w:ascii="Times New Roman" w:hAnsi="Times New Roman" w:cs="Times New Roman"/>
          <w:color w:val="auto"/>
        </w:rPr>
        <w:t>Debarment Statement</w:t>
      </w:r>
    </w:p>
    <w:p w14:paraId="0A5BC31A" w14:textId="539E158D" w:rsidR="00DB7652" w:rsidRPr="00C2325E" w:rsidRDefault="005042C8" w:rsidP="009D27C1">
      <w:pPr>
        <w:spacing w:after="0"/>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Has this firm or any principal ever been debarred</w:t>
      </w:r>
      <w:r w:rsidR="00221A78" w:rsidRPr="00C2325E">
        <w:rPr>
          <w:rFonts w:ascii="Times New Roman" w:hAnsi="Times New Roman" w:cs="Times New Roman"/>
        </w:rPr>
        <w:t xml:space="preserve"> from providing any services by the </w:t>
      </w:r>
      <w:r w:rsidR="00D12023" w:rsidRPr="00C2325E">
        <w:rPr>
          <w:rFonts w:ascii="Times New Roman" w:hAnsi="Times New Roman" w:cs="Times New Roman"/>
        </w:rPr>
        <w:t>Federal?</w:t>
      </w:r>
      <w:r w:rsidR="00786F4A" w:rsidRPr="00C2325E">
        <w:rPr>
          <w:rFonts w:ascii="Times New Roman" w:hAnsi="Times New Roman" w:cs="Times New Roman"/>
        </w:rPr>
        <w:t xml:space="preserve">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w:t>
      </w:r>
    </w:p>
    <w:p w14:paraId="0BB7D6DB" w14:textId="77777777" w:rsidR="009D27C1" w:rsidRPr="00C2325E" w:rsidRDefault="009D27C1" w:rsidP="009D27C1">
      <w:pPr>
        <w:spacing w:after="0" w:line="360" w:lineRule="auto"/>
        <w:rPr>
          <w:rFonts w:ascii="Times New Roman" w:hAnsi="Times New Roman" w:cs="Times New Roman"/>
        </w:rPr>
      </w:pPr>
      <w:r w:rsidRPr="00C2325E">
        <w:rPr>
          <w:rFonts w:ascii="Times New Roman" w:hAnsi="Times New Roman" w:cs="Times New Roman"/>
        </w:rPr>
        <w:t>If yes, when, with who and state the circumstances and any resolution.</w:t>
      </w:r>
    </w:p>
    <w:p w14:paraId="7D587038" w14:textId="5C29191C" w:rsidR="00DB7652" w:rsidRPr="00C2325E" w:rsidRDefault="005042C8">
      <w:pPr>
        <w:pStyle w:val="Heading3"/>
        <w:rPr>
          <w:rFonts w:ascii="Times New Roman" w:hAnsi="Times New Roman" w:cs="Times New Roman"/>
          <w:color w:val="auto"/>
        </w:rPr>
      </w:pPr>
      <w:r w:rsidRPr="00C2325E">
        <w:rPr>
          <w:rFonts w:ascii="Times New Roman" w:hAnsi="Times New Roman" w:cs="Times New Roman"/>
          <w:color w:val="auto"/>
        </w:rPr>
        <w:t xml:space="preserve">(11) </w:t>
      </w:r>
      <w:r w:rsidR="00786F4A" w:rsidRPr="00C2325E">
        <w:rPr>
          <w:rFonts w:ascii="Times New Roman" w:hAnsi="Times New Roman" w:cs="Times New Roman"/>
          <w:color w:val="auto"/>
        </w:rPr>
        <w:t>Conflict of Interest Disclosure</w:t>
      </w:r>
    </w:p>
    <w:p w14:paraId="70FBCFFF" w14:textId="119B44AE" w:rsidR="00516645" w:rsidRPr="00C2325E" w:rsidRDefault="005042C8" w:rsidP="00516645">
      <w:pPr>
        <w:spacing w:after="0"/>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 xml:space="preserve">Does any officer have a relationship with the Housing Authority?  Yes </w:t>
      </w:r>
      <w:r w:rsidR="00786F4A" w:rsidRPr="00C2325E">
        <w:rPr>
          <w:rFonts w:ascii="Segoe UI Symbol" w:hAnsi="Segoe UI Symbol" w:cs="Segoe UI Symbol"/>
        </w:rPr>
        <w:t>☐</w:t>
      </w:r>
      <w:r w:rsidR="00786F4A" w:rsidRPr="00C2325E">
        <w:rPr>
          <w:rFonts w:ascii="Times New Roman" w:hAnsi="Times New Roman" w:cs="Times New Roman"/>
        </w:rPr>
        <w:t xml:space="preserve">   No </w:t>
      </w:r>
      <w:r w:rsidR="00786F4A" w:rsidRPr="00C2325E">
        <w:rPr>
          <w:rFonts w:ascii="Segoe UI Symbol" w:hAnsi="Segoe UI Symbol" w:cs="Segoe UI Symbol"/>
        </w:rPr>
        <w:t>☐</w:t>
      </w:r>
      <w:r w:rsidR="00786F4A" w:rsidRPr="00C2325E">
        <w:rPr>
          <w:rFonts w:ascii="Times New Roman" w:hAnsi="Times New Roman" w:cs="Times New Roman"/>
        </w:rPr>
        <w:t xml:space="preserve">   </w:t>
      </w:r>
    </w:p>
    <w:p w14:paraId="611350E2" w14:textId="79511BD9" w:rsidR="00DB7652" w:rsidRPr="00C2325E" w:rsidRDefault="005042C8">
      <w:pPr>
        <w:pStyle w:val="Heading3"/>
        <w:rPr>
          <w:rFonts w:ascii="Times New Roman" w:hAnsi="Times New Roman" w:cs="Times New Roman"/>
          <w:color w:val="auto"/>
        </w:rPr>
      </w:pPr>
      <w:r w:rsidRPr="00C2325E">
        <w:rPr>
          <w:rFonts w:ascii="Times New Roman" w:hAnsi="Times New Roman" w:cs="Times New Roman"/>
          <w:color w:val="auto"/>
        </w:rPr>
        <w:t xml:space="preserve">(12) </w:t>
      </w:r>
      <w:r w:rsidR="00786F4A" w:rsidRPr="00C2325E">
        <w:rPr>
          <w:rFonts w:ascii="Times New Roman" w:hAnsi="Times New Roman" w:cs="Times New Roman"/>
          <w:color w:val="auto"/>
        </w:rPr>
        <w:t>Non-Collusion Affidavit</w:t>
      </w:r>
    </w:p>
    <w:p w14:paraId="3D12CBC3" w14:textId="2F36DF5A" w:rsidR="00DB7652" w:rsidRPr="00C2325E" w:rsidRDefault="005042C8">
      <w:pPr>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The undersigned certifies no collusion, conspiracy, or anti-competitive conduct occurred.</w:t>
      </w:r>
    </w:p>
    <w:p w14:paraId="151FD3A1" w14:textId="3B8A732F" w:rsidR="00DB7652" w:rsidRPr="00C2325E" w:rsidRDefault="005042C8">
      <w:pPr>
        <w:pStyle w:val="Heading3"/>
        <w:rPr>
          <w:rFonts w:ascii="Times New Roman" w:hAnsi="Times New Roman" w:cs="Times New Roman"/>
          <w:color w:val="auto"/>
        </w:rPr>
      </w:pPr>
      <w:r w:rsidRPr="00C2325E">
        <w:rPr>
          <w:rFonts w:ascii="Times New Roman" w:hAnsi="Times New Roman" w:cs="Times New Roman"/>
          <w:color w:val="auto"/>
        </w:rPr>
        <w:t xml:space="preserve">(13) </w:t>
      </w:r>
      <w:r w:rsidR="00786F4A" w:rsidRPr="00C2325E">
        <w:rPr>
          <w:rFonts w:ascii="Times New Roman" w:hAnsi="Times New Roman" w:cs="Times New Roman"/>
          <w:color w:val="auto"/>
        </w:rPr>
        <w:t>Verification Statement</w:t>
      </w:r>
    </w:p>
    <w:p w14:paraId="01068E86" w14:textId="4DE77FB7" w:rsidR="00DB7652" w:rsidRPr="00C2325E" w:rsidRDefault="005042C8">
      <w:pPr>
        <w:rPr>
          <w:rFonts w:ascii="Times New Roman" w:hAnsi="Times New Roman" w:cs="Times New Roman"/>
        </w:rPr>
      </w:pPr>
      <w:r w:rsidRPr="00C2325E">
        <w:rPr>
          <w:rFonts w:ascii="Times New Roman" w:hAnsi="Times New Roman" w:cs="Times New Roman"/>
        </w:rPr>
        <w:t xml:space="preserve">_____ </w:t>
      </w:r>
      <w:r w:rsidR="00786F4A" w:rsidRPr="00C2325E">
        <w:rPr>
          <w:rFonts w:ascii="Times New Roman" w:hAnsi="Times New Roman" w:cs="Times New Roman"/>
        </w:rPr>
        <w:t xml:space="preserve">The undersigned </w:t>
      </w:r>
      <w:proofErr w:type="gramStart"/>
      <w:r w:rsidR="00786F4A" w:rsidRPr="00C2325E">
        <w:rPr>
          <w:rFonts w:ascii="Times New Roman" w:hAnsi="Times New Roman" w:cs="Times New Roman"/>
        </w:rPr>
        <w:t>certifies</w:t>
      </w:r>
      <w:proofErr w:type="gramEnd"/>
      <w:r w:rsidR="00786F4A" w:rsidRPr="00C2325E">
        <w:rPr>
          <w:rFonts w:ascii="Times New Roman" w:hAnsi="Times New Roman" w:cs="Times New Roman"/>
        </w:rPr>
        <w:t xml:space="preserve"> this information </w:t>
      </w:r>
      <w:proofErr w:type="gramStart"/>
      <w:r w:rsidR="00786F4A" w:rsidRPr="00C2325E">
        <w:rPr>
          <w:rFonts w:ascii="Times New Roman" w:hAnsi="Times New Roman" w:cs="Times New Roman"/>
        </w:rPr>
        <w:t>is</w:t>
      </w:r>
      <w:proofErr w:type="gramEnd"/>
      <w:r w:rsidR="00786F4A" w:rsidRPr="00C2325E">
        <w:rPr>
          <w:rFonts w:ascii="Times New Roman" w:hAnsi="Times New Roman" w:cs="Times New Roman"/>
        </w:rPr>
        <w:t xml:space="preserve"> true and correct. </w:t>
      </w:r>
    </w:p>
    <w:p w14:paraId="0A87F522" w14:textId="40672853" w:rsidR="00D12023" w:rsidRPr="00C2325E" w:rsidRDefault="00D12023">
      <w:pPr>
        <w:rPr>
          <w:rFonts w:ascii="Times New Roman" w:hAnsi="Times New Roman" w:cs="Times New Roman"/>
        </w:rPr>
      </w:pPr>
      <w:r w:rsidRPr="00C2325E">
        <w:rPr>
          <w:rFonts w:ascii="Times New Roman" w:hAnsi="Times New Roman" w:cs="Times New Roman"/>
        </w:rPr>
        <w:t>The undersigned Firm hereby states that by completing and submitting this form and all other documents within this proposal, they are verifying that all information provided herein is , to the best of their knowledge, true and accurate and that if the Housing Authority discovers that any information entered herein to  be false, such shall entitle the Housing Authority to not consider or award or to cancel any award with undersigned party.</w:t>
      </w:r>
    </w:p>
    <w:p w14:paraId="44436004" w14:textId="234BA361" w:rsidR="00D12023" w:rsidRPr="00C2325E" w:rsidRDefault="00D12023">
      <w:pPr>
        <w:rPr>
          <w:rFonts w:ascii="Times New Roman" w:hAnsi="Times New Roman" w:cs="Times New Roman"/>
        </w:rPr>
      </w:pPr>
      <w:r w:rsidRPr="00C2325E">
        <w:rPr>
          <w:rFonts w:ascii="Times New Roman" w:hAnsi="Times New Roman" w:cs="Times New Roman"/>
        </w:rPr>
        <w:t xml:space="preserve">Further. By completing and submitting the proposal, the undersigned Firm is thereby agreeing to abide by all terms and conditions pertaining to this RFP as issued by the Housing Authority. </w:t>
      </w:r>
    </w:p>
    <w:p w14:paraId="2A613D23" w14:textId="122177CA" w:rsidR="00D12023" w:rsidRPr="00C2325E" w:rsidRDefault="00D12023">
      <w:pPr>
        <w:rPr>
          <w:rFonts w:ascii="Times New Roman" w:hAnsi="Times New Roman" w:cs="Times New Roman"/>
        </w:rPr>
      </w:pPr>
      <w:r w:rsidRPr="00C2325E">
        <w:rPr>
          <w:rFonts w:ascii="Times New Roman" w:hAnsi="Times New Roman" w:cs="Times New Roman"/>
        </w:rPr>
        <w:t xml:space="preserve">Pursuant to this RFP, and all attachments, and pursuant to all completed documents submitted, including these forms and all attachments, the undersigned </w:t>
      </w:r>
      <w:proofErr w:type="gramStart"/>
      <w:r w:rsidR="00786F4A" w:rsidRPr="00C2325E">
        <w:rPr>
          <w:rFonts w:ascii="Times New Roman" w:hAnsi="Times New Roman" w:cs="Times New Roman"/>
        </w:rPr>
        <w:t>proposes</w:t>
      </w:r>
      <w:proofErr w:type="gramEnd"/>
      <w:r w:rsidRPr="00C2325E">
        <w:rPr>
          <w:rFonts w:ascii="Times New Roman" w:hAnsi="Times New Roman" w:cs="Times New Roman"/>
        </w:rPr>
        <w:t xml:space="preserve"> to supply the Housing Authority with the services described herein for the fee(s) entered.</w:t>
      </w:r>
    </w:p>
    <w:p w14:paraId="739665A5" w14:textId="77777777" w:rsidR="00DB7652" w:rsidRPr="00C2325E" w:rsidRDefault="00786F4A">
      <w:pPr>
        <w:pStyle w:val="Heading2"/>
        <w:rPr>
          <w:rFonts w:ascii="Times New Roman" w:hAnsi="Times New Roman" w:cs="Times New Roman"/>
          <w:color w:val="auto"/>
          <w:sz w:val="22"/>
          <w:szCs w:val="22"/>
        </w:rPr>
      </w:pPr>
      <w:r w:rsidRPr="00C2325E">
        <w:rPr>
          <w:rFonts w:ascii="Times New Roman" w:hAnsi="Times New Roman" w:cs="Times New Roman"/>
          <w:color w:val="auto"/>
          <w:sz w:val="22"/>
          <w:szCs w:val="22"/>
        </w:rPr>
        <w:t>Firm Certification</w:t>
      </w:r>
    </w:p>
    <w:p w14:paraId="44996809" w14:textId="77777777" w:rsidR="00DB3F4B" w:rsidRPr="00C2325E" w:rsidRDefault="00786F4A">
      <w:pPr>
        <w:rPr>
          <w:rFonts w:ascii="Times New Roman" w:hAnsi="Times New Roman" w:cs="Times New Roman"/>
        </w:rPr>
      </w:pPr>
      <w:r w:rsidRPr="00C2325E">
        <w:rPr>
          <w:rFonts w:ascii="Times New Roman" w:hAnsi="Times New Roman" w:cs="Times New Roman"/>
        </w:rPr>
        <w:t>Firm Name: ____________________________</w:t>
      </w:r>
      <w:r w:rsidRPr="00C2325E">
        <w:rPr>
          <w:rFonts w:ascii="Times New Roman" w:hAnsi="Times New Roman" w:cs="Times New Roman"/>
        </w:rPr>
        <w:br/>
        <w:t>Authorized Representative: ____________________</w:t>
      </w:r>
      <w:r w:rsidRPr="00C2325E">
        <w:rPr>
          <w:rFonts w:ascii="Times New Roman" w:hAnsi="Times New Roman" w:cs="Times New Roman"/>
        </w:rPr>
        <w:br/>
        <w:t>Title: ____________________</w:t>
      </w:r>
      <w:r w:rsidRPr="00C2325E">
        <w:rPr>
          <w:rFonts w:ascii="Times New Roman" w:hAnsi="Times New Roman" w:cs="Times New Roman"/>
        </w:rPr>
        <w:br/>
        <w:t>Signature: ____________________________   Date: __________</w:t>
      </w:r>
      <w:r w:rsidRPr="00C2325E">
        <w:rPr>
          <w:rFonts w:ascii="Times New Roman" w:hAnsi="Times New Roman" w:cs="Times New Roman"/>
        </w:rPr>
        <w:br/>
      </w:r>
      <w:r w:rsidRPr="00C2325E">
        <w:rPr>
          <w:rFonts w:ascii="Times New Roman" w:hAnsi="Times New Roman" w:cs="Times New Roman"/>
        </w:rPr>
        <w:br/>
        <w:t>Office Phone: ____________________</w:t>
      </w:r>
      <w:r w:rsidRPr="00C2325E">
        <w:rPr>
          <w:rFonts w:ascii="Times New Roman" w:hAnsi="Times New Roman" w:cs="Times New Roman"/>
        </w:rPr>
        <w:br/>
        <w:t>Mobile Phone: ____________________</w:t>
      </w:r>
      <w:r w:rsidRPr="00C2325E">
        <w:rPr>
          <w:rFonts w:ascii="Times New Roman" w:hAnsi="Times New Roman" w:cs="Times New Roman"/>
        </w:rPr>
        <w:br/>
        <w:t>Email Address: ____________________</w:t>
      </w:r>
      <w:r w:rsidRPr="00C2325E">
        <w:rPr>
          <w:rFonts w:ascii="Times New Roman" w:hAnsi="Times New Roman" w:cs="Times New Roman"/>
        </w:rPr>
        <w:br/>
        <w:t>Business Address: __________________________________________</w:t>
      </w:r>
    </w:p>
    <w:p w14:paraId="6BC66945" w14:textId="794EB3C0" w:rsidR="00DB7652" w:rsidRDefault="00786F4A">
      <w:r w:rsidRPr="00C2325E">
        <w:rPr>
          <w:rFonts w:ascii="Times New Roman" w:hAnsi="Times New Roman" w:cs="Times New Roman"/>
        </w:rPr>
        <w:br/>
      </w:r>
    </w:p>
    <w:sectPr w:rsidR="00DB7652"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D09F1" w14:textId="77777777" w:rsidR="000477DC" w:rsidRDefault="000477DC" w:rsidP="000477DC">
      <w:pPr>
        <w:spacing w:after="0" w:line="240" w:lineRule="auto"/>
      </w:pPr>
      <w:r>
        <w:separator/>
      </w:r>
    </w:p>
  </w:endnote>
  <w:endnote w:type="continuationSeparator" w:id="0">
    <w:p w14:paraId="58560CE9" w14:textId="77777777" w:rsidR="000477DC" w:rsidRDefault="000477DC" w:rsidP="00047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A4C66" w14:textId="77777777" w:rsidR="000477DC" w:rsidRDefault="000477DC" w:rsidP="000477DC">
      <w:pPr>
        <w:spacing w:after="0" w:line="240" w:lineRule="auto"/>
      </w:pPr>
      <w:r>
        <w:separator/>
      </w:r>
    </w:p>
  </w:footnote>
  <w:footnote w:type="continuationSeparator" w:id="0">
    <w:p w14:paraId="2B232D60" w14:textId="77777777" w:rsidR="000477DC" w:rsidRDefault="000477DC" w:rsidP="00047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3455F" w14:textId="304C63D8" w:rsidR="00C2325E" w:rsidRDefault="00C2325E" w:rsidP="00C2325E">
    <w:pPr>
      <w:pStyle w:val="Header"/>
      <w:jc w:val="center"/>
    </w:pPr>
    <w:r>
      <w:rPr>
        <w:noProof/>
      </w:rPr>
      <w:drawing>
        <wp:anchor distT="0" distB="0" distL="114300" distR="114300" simplePos="0" relativeHeight="251658240" behindDoc="0" locked="0" layoutInCell="1" allowOverlap="1" wp14:anchorId="0CBF7E26" wp14:editId="7877AC59">
          <wp:simplePos x="0" y="0"/>
          <wp:positionH relativeFrom="column">
            <wp:posOffset>685377</wp:posOffset>
          </wp:positionH>
          <wp:positionV relativeFrom="paragraph">
            <wp:posOffset>-454236</wp:posOffset>
          </wp:positionV>
          <wp:extent cx="4333875" cy="905510"/>
          <wp:effectExtent l="0" t="0" r="9525" b="8890"/>
          <wp:wrapThrough wrapText="bothSides">
            <wp:wrapPolygon edited="0">
              <wp:start x="0" y="0"/>
              <wp:lineTo x="0" y="21358"/>
              <wp:lineTo x="21553" y="21358"/>
              <wp:lineTo x="21553" y="0"/>
              <wp:lineTo x="0" y="0"/>
            </wp:wrapPolygon>
          </wp:wrapThrough>
          <wp:docPr id="1623948014" name="Picture 1" descr="A logo for housing author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48014" name="Picture 1" descr="A logo for housing authority&#10;&#10;AI-generated content may be incorrect."/>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3875" cy="905510"/>
                  </a:xfrm>
                  <a:prstGeom prst="rect">
                    <a:avLst/>
                  </a:prstGeom>
                  <a:noFill/>
                  <a:ln>
                    <a:noFill/>
                  </a:ln>
                </pic:spPr>
              </pic:pic>
            </a:graphicData>
          </a:graphic>
          <wp14:sizeRelV relativeFrom="margin">
            <wp14:pctHeight>0</wp14:pctHeight>
          </wp14:sizeRelV>
        </wp:anchor>
      </w:drawing>
    </w:r>
  </w:p>
  <w:p w14:paraId="23C23D78" w14:textId="0652C496" w:rsidR="000477DC" w:rsidRDefault="000477DC" w:rsidP="00C2325E">
    <w:pPr>
      <w:pStyle w:val="Header"/>
      <w:jc w:val="center"/>
    </w:pPr>
  </w:p>
  <w:p w14:paraId="47248DAB" w14:textId="77777777" w:rsidR="00C2325E" w:rsidRDefault="00C2325E" w:rsidP="00C2325E">
    <w:pPr>
      <w:pStyle w:val="Header"/>
      <w:jc w:val="center"/>
    </w:pPr>
  </w:p>
  <w:p w14:paraId="3A156BB8" w14:textId="77777777" w:rsidR="00C2325E" w:rsidRDefault="00C2325E" w:rsidP="00C2325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5557965">
    <w:abstractNumId w:val="8"/>
  </w:num>
  <w:num w:numId="2" w16cid:durableId="1958947058">
    <w:abstractNumId w:val="6"/>
  </w:num>
  <w:num w:numId="3" w16cid:durableId="31468700">
    <w:abstractNumId w:val="5"/>
  </w:num>
  <w:num w:numId="4" w16cid:durableId="1414552415">
    <w:abstractNumId w:val="4"/>
  </w:num>
  <w:num w:numId="5" w16cid:durableId="1948463227">
    <w:abstractNumId w:val="7"/>
  </w:num>
  <w:num w:numId="6" w16cid:durableId="220137227">
    <w:abstractNumId w:val="3"/>
  </w:num>
  <w:num w:numId="7" w16cid:durableId="255989441">
    <w:abstractNumId w:val="2"/>
  </w:num>
  <w:num w:numId="8" w16cid:durableId="2087652924">
    <w:abstractNumId w:val="1"/>
  </w:num>
  <w:num w:numId="9" w16cid:durableId="1426653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77DC"/>
    <w:rsid w:val="0006063C"/>
    <w:rsid w:val="001117BD"/>
    <w:rsid w:val="0015074B"/>
    <w:rsid w:val="00221A78"/>
    <w:rsid w:val="0025644A"/>
    <w:rsid w:val="0029639D"/>
    <w:rsid w:val="00326F90"/>
    <w:rsid w:val="00337A94"/>
    <w:rsid w:val="004632C6"/>
    <w:rsid w:val="004C1F56"/>
    <w:rsid w:val="005042C8"/>
    <w:rsid w:val="00516645"/>
    <w:rsid w:val="0055195F"/>
    <w:rsid w:val="00786F4A"/>
    <w:rsid w:val="009D27C1"/>
    <w:rsid w:val="00AA1D8D"/>
    <w:rsid w:val="00B04604"/>
    <w:rsid w:val="00B47730"/>
    <w:rsid w:val="00C2325E"/>
    <w:rsid w:val="00CB0664"/>
    <w:rsid w:val="00D12023"/>
    <w:rsid w:val="00DB3F4B"/>
    <w:rsid w:val="00DB765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074BCC"/>
  <w14:defaultImageDpi w14:val="300"/>
  <w15:docId w15:val="{0691D026-D129-42B2-A50B-8B78E238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738</Words>
  <Characters>4248</Characters>
  <Application>Microsoft Office Word</Application>
  <DocSecurity>0</DocSecurity>
  <Lines>124</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Syretha Phillips</cp:lastModifiedBy>
  <cp:revision>3</cp:revision>
  <dcterms:created xsi:type="dcterms:W3CDTF">2025-12-03T18:18:00Z</dcterms:created>
  <dcterms:modified xsi:type="dcterms:W3CDTF">2025-12-03T19:04:00Z</dcterms:modified>
  <cp:category/>
</cp:coreProperties>
</file>